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גיבורים על ארבע - כלבי חילוץ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תהליך האימון של כלבי חילוץ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מידע מפורש ומשתמע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אוצר מילים הקשור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חוש הריח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הכלב מחפש לעתים קרובות את ענן הריח באוויר ולא עקבות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בפסקה השלישית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חילוץ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מילים ומשמעותן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(כלב צעיר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(המשך העבודה בלי לוותר)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 שמוציא אדם ממקום מסוכן)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(אלה שעושים משהו יחד ושווים בו)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האימון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הכלבנית מתחבאת במרחק של כמה צעדים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הגור מוצא את הכלבנית ומקבל צעצוע ושבחים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המרחק בין הכלב לכלבנית גדל בהדרגה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המחבואים נעשים קשים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תתייחס לכך שבשטח זר יש הרבה גירויים שעלולים להסיח את דעת הכלב, ואמון בכלבן עוזר לכלב להתמקד במשימה ולהרגיש בטוח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חוש הריח המפותח - הכלב מחפש את ענן הריח באוויר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צעצוע אהוב ושבחים מהכלבנית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הם חיים, מתאמנים ונחים יחד, ויש ביניהם קשר של אמון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מהפתיח: מה כלב יכול לעשות טוב יותר מאדם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תהליך האימון ההדרגתי כדוגמה להתמדה ולמידה מדורגת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לקיים דיון קצר על הקשר בין אדם לבעל חיים המבוסס על אמון הדדי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גיבורים על ארבע - כלבי חילוץ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הטקסט מספר על נוגה, כלבת חילוץ, ועל הדרך שבה כלבים לומדים לאתר בני אדם בעזרת חוש הריח שלהם ואימון ארוך וסבלני.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נוגה  ·  חילוץ  ·  כלבנית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שמה של הכלבה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רוית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עוזר לכלב לאתר 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חוש השמיעה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חוש הטעם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חוש הריח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כלב חילוץ תמיד עוקב אחרי עקבות על הקרקע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ככל שהאימון מתקדם, המרחק בין הכלב לכלבנית גדל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נוגה היא כלבה בשם __________ שמשתתפת באימון חילוץ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ל__________ שלה קוראים דנה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כלב __________ מתחיל את האימון כבר כשהוא גור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מילים ומשמעותן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אלה שעושים משהו יחד ושווים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התמדה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 שמוציא אדם ממקום מסוכן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מחלץ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המשך העבודה בלי לוותר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שותפים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כלב צעיר מאוד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שלבי האימון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המרחק בין הכלב לכלבנית גדל בהדרגה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הכלבנית מתחבאת במרחק של כמה צעדים בלבד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המחבואים נעשים קשים 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הגור מוצא את הכלבנית ומקבל צעצוע ושבחים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לדעתכם, מדוע חשוב שהכלב יסמוך על הכלבן שלו גם בשטח זר ורועש? הסבירו בכמה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עוזר לכלב חילוץ לאתר אדם?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מקבל הגור כשהוא מוצא את הכלבנית באימון?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גיבורים על ארבע - כלבי חילוץ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