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גיבורים על ארבע - כלבי חילוץ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האימון של כלבי חילוץ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מידע מפורש ומשתמע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הקשור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חוש הריח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במשחק מחבואים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צעצוע ושבחים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תנועת זנב וקצב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הכלב מחפש לעתים קרובות את ענן הריח באוויר ולא עקבות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בטקסט נכתב שהיא לא יודעת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בטקסט נכתב שהאימון נמשך זמן רב ודורש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בפסקה הרביעית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מילים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(כלב צעיר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(המשך העבודה בלי לוותר)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שמוציא אדם ממקום מסוכן)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(אלה שעושים משהו יחד ושווים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(שהרוח מעבירה אותו ממקום למקום)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האימון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הכלבנית מתחבאת במרחק של כמה צעדים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הגור מוצא את הכלבנית ומקבל צעצוע ושבחים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המרחק בין הכלב לכלבנית גדל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המחבואים נעשים קשים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הכלב לומד לנבוח ולא לזוז עד שהכלבן מגיע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שבשטח זר יש הרבה גירויים שעלולים להסיח את דעת הכלב, ואמון בכלבן עוזר לכלב להתמקד במשימה ולהרגיש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תכלול תיאור מנקודת מבטו של הכלב - תחושות, ריחות, משחק עם הכלבנית, ללא ידיעה שהמטרה היא הצלת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חוש הריח המפותח - הכלב מחפש את ענן הריח באוויר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צעצוע אהוב ושבחים מהכלבנית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הם חיים, מתאמנים ונחים יחד, ויש ביניהם קשר של 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מהפתיח: מה כלב יכול לעשות טוב יותר מאדם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תהליך האימון ההדרגתי כדוגמה להתמדה ולמידה מדורגת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לקיים דיון קצר על הקשר בין אדם לבעל חיים המבוסס על אמון הדדי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גיבורים על ארבע - כלבי חילוץ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על נוגה, כלבת חילוץ, ועל הדרך שבה כלבים לומדים לאתר בני אדם בעזרת חוש הריח שלהם ואימון ארוך וסבלני.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שמה של הכלבה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עוזר לכלב לאתר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חוש השמיעה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חוש הטעם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חוש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חוש המישוש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האימון מתחיל כשהכלב עוד גור?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בריצה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במשחק מחבואים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בנביחות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מקבל הגור כשהוא מוצא את הכלבנית?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צעצוע ושבחים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הכלבן לומד לקרוא בגוף הכלב?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הפרווה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תנועת זנב וקצב נשימה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גודל האוזניים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העיניים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כלב חילוץ תמיד עוקב אחרי עקבות על הקרקע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שהאימון מתקדם, המרחק בין הכלב לכלבנית גדל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יודעת שהיא לומדת להציל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האימון של כלב חילוץ נמשך זמן קצר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הכלבנים מתארים את הכלבים כשותפים ולא ככלי 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נוגה היא כלבה בשם __________ שמשתתפת באימון חילוץ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ל__________ שלה קוראים 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כלב __________ מתחיל את האימון כבר כשהוא 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החלק החשוב ביותר באימון הוא ה__________ בין הכלב לכלבן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הכלבן והכלב חיים, מתאמנים ונחים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מילים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אלה שעושים משהו יחד ושווים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שמוציא אדם ממקום מסוכן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מחלץ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שהרוח מעבירה אותו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שותפים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כלב צעיר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הנישא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המשך העבודה בלי לוותר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האימון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הגור מוצא את הכלבנית ומקבל צעצוע ושבחים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בין הכלב לכלבנית גדל בהדרגה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 לומד לנבוח ולא לזוז עד שהכלבן מגיע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הכלבנית מתחבאת במרחק של כמה צעדים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המחבואים נעשים קשים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לדעתכם, מדוע חשוב שהכלב יסמוך על הכלבן שלו גם בשטח זר ורועש? הסבירו בכמה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המתארת יום אימון מנקודת המבט של נוגה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לכלב חילוץ לאתר אדם?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מקבל הגור כשהוא מוצא את הכלבנית באימון?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הכלבנים קוראים לכלבים שותפים ולא כלי 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גיבורים על ארבע - כלבי חילוץ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